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Title"/>
        <w:jc w:val="center"/>
      </w:pPr>
      <w:r>
        <w:t>Plány prinútiť lekárov v Škótsku absolvovať povinnú službu NHS sú rovnako nelogické ako urážlivé</w:t>
      </w:r>
    </w:p>
    <w:p>
      <w:r>
        <w:t>Zdroj: BMJ</w:t>
      </w:r>
    </w:p>
    <w:p>
      <w:r>
        <w:t>Publikované: 2026-03-17T05:36:12-07:00</w:t>
      </w:r>
    </w:p>
    <w:p/>
    <w:p>
      <w:pPr>
        <w:pStyle w:val="Heading1"/>
      </w:pPr>
      <w:r>
        <w:t>Súhrn</w:t>
      </w:r>
    </w:p>
    <w:p>
      <w:r>
        <w:t>Škótska labouristická strana navrhla povinnosť pre študentov medicíny, zubného lekárstva a ošetrovateľstva vyškolených v Škótsku pracovať päť rokov po ukončení štúdia v škótskej NHS. Ak by túto povinnosť nesplnili, museli by vrátiť všetky školné a štipendiá v plnom rozsahu. Podľa návrhu s názvom „Train here, stay here" by sa táto požiadavka vzťahovala na študentov prijatých na verejne financované miesta na škótskych univerzitách. Škótski labouristi tvrdia, že tento návrh by zlepšil plánovanie pracovnej sily NHS a znížil mieru neobsadenosti pozícií. Článok poukazuje na to, že väčšina študentov medicíny v Škótsku sa už rozhodla zostať tu pracovať. Autori článku, ktorí sú študentami medicíny v Škótsku, kritizujú návrh ako nelogický a urážlivý, pretože uvaľuje jedinečnú povinnosť bez predloženia dôkazov o jej účinnosti.</w:t>
      </w:r>
    </w:p>
    <w:p/>
    <w:p>
      <w:pPr>
        <w:jc w:val="center"/>
      </w:pPr>
      <w:r>
        <w:t>Vygenerované: 17.03.2026 15:00:47</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