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Generálna oprava vakcíny RFK Jr bola zastavená rozhodnutím federálneho sudcu</w:t>
      </w:r>
    </w:p>
    <w:p>
      <w:r>
        <w:t>Zdroj: Pharmaceutical Technology</w:t>
      </w:r>
    </w:p>
    <w:p>
      <w:r>
        <w:t>Publikované: Tue, 17 Mar 2026 11:43:15 +0000</w:t>
      </w:r>
    </w:p>
    <w:p/>
    <w:p>
      <w:pPr>
        <w:pStyle w:val="Heading1"/>
      </w:pPr>
      <w:r>
        <w:t>Súhrn</w:t>
      </w:r>
    </w:p>
    <w:p>
      <w:r>
        <w:t>Federálny sudca zastavil generálnu opravu vakcín navrhnutú Robertom F. Kennedym Jr. Rozhodnutie súdu ruší niekoľko zmien v odporúčaniach očkovacej komisie CDC o očkovaní detí. Tieto zmeny boli súčasťou plánovanej reformy vakcinačných pravidiel. Sudcovské rozhodnutie zastavilo ich implementáciu. Článok neuvádza ďalšie špecifické detaily o rozsahu zmien ani štatistiky. Skupina Children's Health Defense, vedená RFK Jr., predtým neúspešne napadla bezpečnosť vakcín proti COVID-19 na súdoch.[1] Najvyšší súd USA zamietol ich odvolania v júni.[1]</w:t>
      </w:r>
    </w:p>
    <w:p/>
    <w:p>
      <w:pPr>
        <w:jc w:val="center"/>
      </w:pPr>
      <w:r>
        <w:t>Vygenerované: 17.03.2026 15:02:13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