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pľúcnej rehabilitácie na kognitívne funkcie u pacientov s chronickou obštrukčnou chorobou pľúc: systematický prehľad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Tento systematický prehľad skúma účinnosť pľúcnej rehabilitácie (PR) na kognitívne funkcie u pacientov s chronickou obštrukčnou chorobou pľúc (CHOCHP), kde kognitívna porucha postihuje asi 36 % pacientov. PR je základným nefarmakologickým manažmentom CHOCHP. Prehľad zahŕňal elektronické vyhľadávanie v databázach PubMed, Scopus a Web of Science, s celkovým počtom 864 pacientov vo veku 48 až 76 rokov oboch pohlaví. Kvalitu štúdií hodnotili nezávisle dvaja hodnotitelia nástrojmi RoB 2 pre randomizované kontrolované štúdie a ROBIN-I pre nerandomizované. Deväť štúdií ukázalo významné zlepšenie kognitívnych funkcií po PR, pričom najčastejšie používaným testom bol Montrealský test kognitívneho hodnotenia a hlavnou zložkou PR aeróbne cvičenie. Štúdie vykazovali heterogenitu v dizajne, intervenčných prvkoch PR a kognitívnych testoch. Programy PR môžu zlepšovať kognitívne funkcie u pacientov s CHOCHP, najmä s kognitívnou poruchou, no budúce štúdie by mali zjednotiť prvky intervencie a neuropsychologické testy. Registračné ID: PROSPERO CRD42023471801.</w:t>
      </w:r>
    </w:p>
    <w:p/>
    <w:p>
      <w:pPr>
        <w:jc w:val="center"/>
      </w:pPr>
      <w:r>
        <w:t>Vygenerované: 17.03.2026 16:00:54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