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Trump zachránil kongresmanovi život? smrteľná meningitída v Spojenom kráľovstve; Prípad „divných škytaviek“</w:t>
      </w:r>
    </w:p>
    <w:p>
      <w:r>
        <w:t>Zdroj: MedPage Today</w:t>
      </w:r>
    </w:p>
    <w:p>
      <w:r>
        <w:t>Publikované: Tue, 17 Mar 2026 09:36:00 -0400</w:t>
      </w:r>
    </w:p>
    <w:p/>
    <w:p>
      <w:pPr>
        <w:pStyle w:val="Heading1"/>
      </w:pPr>
      <w:r>
        <w:t>Súhrn</w:t>
      </w:r>
    </w:p>
    <w:p>
      <w:r>
        <w:t>Prezident Donald Trump preventívne absolvoval magnetickú rezonanciu (MRI) v októbri. Výsledky ukázali, že jeho kardiovaskulárny systém je vo výbornom stave bez známok zúženia tepien, zhoršenia prietoku krvi alebo abnormalít v srdci či cievach[1][2]. Lekár Sean Barbabella uviedol, že všetky hlavné orgány vyzerajú zdravé a dobre prekrvené, s normálnymi parametrami[1][2]. Dôvod neštandardného vyšetrenia nebol vysvetlený, čo vyvolalo otázky o úplnosti informácií[1][2]. Univerzitný profesor Bruce Davidson špekuluje o možnej prekonanej mozgovej príhode na základe nepriamych indícií, no oficiálne správy to nepotvrdzujú[3]. Biely dom diagnostikoval chronickú žilovú nedostatočnosť a odmietol dohady o demencii či neurologických ochoreniach[3]. Trump dlhodobo užíva aspirín v dávke 325 mg denne[3]. Staršie prípady meningitídy v USA spôsobené vadnými injekciami steroidov zabila 11 ľudí a nakazila 119 v desiatich štátoch[4].</w:t>
      </w:r>
    </w:p>
    <w:p/>
    <w:p>
      <w:pPr>
        <w:jc w:val="center"/>
      </w:pPr>
      <w:r>
        <w:t>Vygenerované: 17.03.2026 16:01:22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