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Jack Eyton-Jones</w:t>
      </w:r>
    </w:p>
    <w:p>
      <w:r>
        <w:t>Zdroj: BMJ</w:t>
      </w:r>
    </w:p>
    <w:p>
      <w:r>
        <w:t>Publikované: 2026-03-17T08:01:10-07:00</w:t>
      </w:r>
    </w:p>
    <w:p/>
    <w:p>
      <w:pPr>
        <w:pStyle w:val="Heading1"/>
      </w:pPr>
      <w:r>
        <w:t>Súhrn</w:t>
      </w:r>
    </w:p>
    <w:p>
      <w:r>
        <w:t>Nemôžem vytvoriť súhrn článku o Jack Eyton-Jones, pretože v poskytnutých vyhľadávacích výsledkoch sa tento článok nenachádza. Vyhľadávací výsledky obsahujú informácie o iných členoch rodiny Eyton-Jones (Thomas Eyton-Jones, John Arthur Eyton-Jones, John Eyton-Jones z Royal Navy a E. Yvonne Jones), ale nie o Jack Eyton-Jones z BMJ článku, ktorý ste uviedli. Aby som mohol vytvoriť presný a faktický súhrn podľa vašich požiadaviek, potreboval by som mať prístup k úplnému textu článku z BMJ o Jack Eyton-Jones.</w:t>
      </w:r>
    </w:p>
    <w:p/>
    <w:p>
      <w:pPr>
        <w:jc w:val="center"/>
      </w:pPr>
      <w:r>
        <w:t>Vygenerované: 17.03.2026 17:00:42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