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Sudkyňa uštedrila ranu reformám vakcín RFK Jr</w:t>
      </w:r>
    </w:p>
    <w:p>
      <w:r>
        <w:t>Zdroj: STAT News</w:t>
      </w:r>
    </w:p>
    <w:p>
      <w:r>
        <w:t>Publikované: Tue, 17 Mar 2026 16:26:39 +0000</w:t>
      </w:r>
    </w:p>
    <w:p/>
    <w:p>
      <w:pPr>
        <w:pStyle w:val="Heading1"/>
      </w:pPr>
      <w:r>
        <w:t>Súhrn</w:t>
      </w:r>
    </w:p>
    <w:p>
      <w:r>
        <w:t>Sudkyňa uštedrila ranu reformám vakcín Roberta F. Kennedyho Jr. Zasadnutie Poradného výboru pre imunizačné postupy (ACIP) bolo odložené. Výbor hlasoval pomerom 8 ku 3 za ukončenie odporúčania očkovať všetky deti proti hepatitíde B hneď po narodení. Vakcínu odporúča len deťom, ktorých matky mali pozitívny test na hepatitídu B alebo neboli testované. U ostatných detí má rozhodnúť rodič po konzultácii s lekárom, pričom séria očkovania sa má začať najskôr vo veku dvoch mesiacov. Štáty Kalifornia, Oregon, Washington a Havaj kritizovali výbor za nedostatok dôveryhodných dôkazov. Rozhodnutie musí ešte potvrdiť riaditeľ CDC.[1][2]</w:t>
      </w:r>
    </w:p>
    <w:p/>
    <w:p>
      <w:pPr>
        <w:jc w:val="center"/>
      </w:pPr>
      <w:r>
        <w:t>Vygenerované: 17.03.2026 18:00:43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