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Sudca nám odovzdal víťazstvo proti RFK Jr. Bude sa riadiť zákonom?</w:t>
      </w:r>
    </w:p>
    <w:p>
      <w:r>
        <w:t>Zdroj: MedPage Today</w:t>
      </w:r>
    </w:p>
    <w:p>
      <w:r>
        <w:t>Publikované: Tue, 17 Mar 2026 12:29:07 -0400</w:t>
      </w:r>
    </w:p>
    <w:p/>
    <w:p>
      <w:pPr>
        <w:pStyle w:val="Heading1"/>
      </w:pPr>
      <w:r>
        <w:t>Súhrn</w:t>
      </w:r>
    </w:p>
    <w:p>
      <w:r>
        <w:t>Americká akadémia pediatrov žaluje ministra zdravotníctva Roberta F. Kennedyho Jr. kvôli zmenám v odporúčaniach pre COVID vakcíny. Žaloba tvrdí, že tieto zmeny boli urobené bez vedeckého základu. Kennedy podľa žaloby nezákonne odvolal vakcinačných poradcov a nahradil ich viacerými skeptikmi vo vakcínach. Pôvodní experti boli odsunutí bokom a veda bola nahradená skupinou ôsmich, neskôr siedmich ľudí s menšími skúsenosťami. Rozhodnutie bolo prijaté mimo štandardného procesu. Prezidentka organizácie Susan Kressly uviedla, že deti si zaslúžia lepšie a akcie Kennedyho prekročili hranicu. Sudca údajne vydal rozhodnutie v prospech žalobcov.</w:t>
      </w:r>
    </w:p>
    <w:p/>
    <w:p>
      <w:pPr>
        <w:jc w:val="center"/>
      </w:pPr>
      <w:r>
        <w:t>Vygenerované: 17.03.2026 19:00:44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