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antidepresíva a srdcová smrť; M-TEER trvá 3 roky; Preskočiť poistenie pre Heart Med?</w:t>
      </w:r>
    </w:p>
    <w:p>
      <w:r>
        <w:t>Zdroj: MedPage Today</w:t>
      </w:r>
    </w:p>
    <w:p>
      <w:r>
        <w:t>Publikované: Tue, 17 Mar 2026 13:50:09 -0400</w:t>
      </w:r>
    </w:p>
    <w:p/>
    <w:p>
      <w:pPr>
        <w:pStyle w:val="Heading1"/>
      </w:pPr>
      <w:r>
        <w:t>Súhrn</w:t>
      </w:r>
    </w:p>
    <w:p>
      <w:r>
        <w:t>Dlhšie trvanie liečby antidepresívami so selektívnymi inhibítormi spätného vychytávania serotonínu alebo tricyklickými antidepresívami bolo v dánskej celoštátnej štúdii spojené so zvýšeným rizikom náhlej srdcovej smrti.[1] Účastníci, ktorí užívali antidepresíva 1 až 5 rokov, mali o 56 % vyššie riziko náhlej srdcovej smrti.[1] Vo vekovej skupine 30 – 39 rokov mali tí, ktorí užívali antidepresíva 1 až 5 rokov, trikrát vyššiu pravdepodobnosť náhlej srdcovej smrti oproti tým, ktorí lieky neužívali.[1] Pri užívaní antidepresív 6 a viac rokov bolo toto riziko päťkrát vyššie.[1] Náhla srdcová smrť nastáva obvykle do jednej hodiny po náhlej zástave srdca, ktorá nie je úspešne liečená, a tvorí približne polovicu všetkých úmrtí spôsobených kardiovaskulárnymi chorobami.[1] Štúdia potvrdila predchádzajúce hypotézy o zvýšenom riziku náhlej srdcovej smrti pri užívaní antidepresív, s rozdielmi podľa veku a dĺžky liečby.[1]</w:t>
      </w:r>
    </w:p>
    <w:p/>
    <w:p>
      <w:pPr>
        <w:jc w:val="center"/>
      </w:pPr>
      <w:r>
        <w:t>Vygenerované: 17.03.2026 20:01:05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