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Rozhodnutie sudcu zastavilo dynamiku očkovacej agendy RFK Jr</w:t>
      </w:r>
    </w:p>
    <w:p>
      <w:r>
        <w:t>Zdroj: MedPage Today</w:t>
      </w:r>
    </w:p>
    <w:p>
      <w:r>
        <w:t>Publikované: Tue, 17 Mar 2026 16:01:09 -0400</w:t>
      </w:r>
    </w:p>
    <w:p/>
    <w:p>
      <w:pPr>
        <w:pStyle w:val="Heading1"/>
      </w:pPr>
      <w:r>
        <w:t>Súhrn</w:t>
      </w:r>
    </w:p>
    <w:p>
      <w:r>
        <w:t>Rozhodnutie sudcu zastavilo dynamiku očkovacej agendy Roberta F. Kennedyho Jr., ministra zdravotníctva v Trumpovej administratíve. Prvý rok jeho pôsobenia priniesol víťazstvá pre spojencov hnutia proti očkovaniu. Aktivisti za „zdravotnú slobodu“ boli nadšení z jeho krokov. Kennedy škrtnul financovanie 500 miliónov dolárov na vývoj mRNA vakcín. Propustil všetkých 17 členov poradnej komisie CDC zodpovednej za odporúčania očkovania. Tieto opatrenia spôsobili kritiku od odborníkov pre možné dôsledky na verejné zdravie. Sudcovské rozhodnutie zastavilo ďalší pokrok jeho agendy.[1][4][8]</w:t>
      </w:r>
    </w:p>
    <w:p/>
    <w:p>
      <w:pPr>
        <w:jc w:val="center"/>
      </w:pPr>
      <w:r>
        <w:t>Vygenerované: 17.03.2026 22:00:35</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