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Kyselina tranexamová znižuje veľké krvácanie v urologickej chirurgii</w:t>
      </w:r>
    </w:p>
    <w:p>
      <w:r>
        <w:t>Zdroj: MedPage Today</w:t>
      </w:r>
    </w:p>
    <w:p>
      <w:r>
        <w:t>Publikované: Tue, 17 Mar 2026 15:45:05 -0400</w:t>
      </w:r>
    </w:p>
    <w:p/>
    <w:p>
      <w:pPr>
        <w:pStyle w:val="Heading1"/>
      </w:pPr>
      <w:r>
        <w:t>Súhrn</w:t>
      </w:r>
    </w:p>
    <w:p>
      <w:r>
        <w:t>Výsledky randomizovanej štúdie POISE-3 ukázali, že kyselina tranexamová (TXA) znižuje riziko závažného krvácania u pacientov podstupujúcich urologický chirurgický zákrok. Štúdia zahŕňala viac ako 1 100 pacientov. V skupine s TXA malo 6,1 % pacientov závažné krvácanie. Použitie TXA tak významne znížilo výskyt veľkého krvácania v urologickej chirurgii. Štúdia bola publikovaná na MedPage Today.</w:t>
      </w:r>
    </w:p>
    <w:p/>
    <w:p>
      <w:pPr>
        <w:jc w:val="center"/>
      </w:pPr>
      <w:r>
        <w:t>Vygenerované: 17.03.2026 22:00:43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