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Prednemocničná transfúzia celej krvi nie je lepšia ako štandardná pre ťažké krvácanie</w:t>
      </w:r>
    </w:p>
    <w:p>
      <w:r>
        <w:t>Zdroj: MedPage Today</w:t>
      </w:r>
    </w:p>
    <w:p>
      <w:r>
        <w:t>Publikované: Tue, 17 Mar 2026 16:34:21 -0400</w:t>
      </w:r>
    </w:p>
    <w:p/>
    <w:p>
      <w:pPr>
        <w:pStyle w:val="Heading1"/>
      </w:pPr>
      <w:r>
        <w:t>Súhrn</w:t>
      </w:r>
    </w:p>
    <w:p>
      <w:r>
        <w:t>Prednemocničná transfúzia celej krvi nie je lepšia ako štandardná liečba pri ťažkom krvácaní. Randomizovaná štúdia SWiFT zistila, že okrem logistických výhod a bezpečnosti transfúzia celej krvi nepriniesla žiadne klinické zlepšenie u pacientov s život ohrozujúcim krvácaním v prednemocničnom prostredí. Štúdia sa zamerala na prevezených pacientov. Štandardná liečba pozostáva z komponentov krvi ako červené krvinky, plazma a doštičky. Celá krv ponúka len logistické a bezpečnostné benefity, nie klinické výhody. Výsledky boli publikované na MedPage Today.</w:t>
      </w:r>
    </w:p>
    <w:p/>
    <w:p>
      <w:pPr>
        <w:jc w:val="center"/>
      </w:pPr>
      <w:r>
        <w:t>Vygenerované: 17.03.2026 23:00:42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