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legislatíva by ochránila lekárov pred poplatkom za H-1B vízum vo výške 100 000 USD</w:t>
      </w:r>
    </w:p>
    <w:p>
      <w:r>
        <w:t>Zdroj: MedPage Today</w:t>
      </w:r>
    </w:p>
    <w:p>
      <w:r>
        <w:t>Publikované: Wed, 18 Mar 2026 17:42:24 -0400</w:t>
      </w:r>
    </w:p>
    <w:p/>
    <w:p>
      <w:pPr>
        <w:pStyle w:val="Heading1"/>
      </w:pPr>
      <w:r>
        <w:t>Súhrn</w:t>
      </w:r>
    </w:p>
    <w:p>
      <w:r>
        <w:t>Nová legislatíva zavedená v Snemovni reprezentantov USA oslobodí lekárov a iných zdravotníckych pracovníkov od poplatku za žiadosť o vízum H-1B vo výške 100 000 USD. Poplatok zaviedla prezidentská vyhláška z 19. septembra 2025, ktorá vyžaduje od zamestnávateľov platbu za nové H-1B petície podané od 21. septembra 2025. Týka sa pracovníkov mimo USA bez platnej H-1B vízovej pečiatky, žiadostí o konzulárne spracovanie alebo prípadov, keď USCIS zamietne zmenu statusu. Výnimky platia pre tých s platnou H-1B vízou pred 21. septembrom, petície podané pred týmto dátumom, zmeny statusu v USA alebo predĺženia pobytu. Zákonodarcovia Mike Lawler (R-N.Y.) a Sanford D. Bishop, Jr. (D...) navrhli legislatívu oboch strán. USCIS vydalo usmernenie 20. októbra 2025 s detailmi o platbe cez online portál a výnimkami v mimoriadne zriedkavých prípadoch.</w:t>
      </w:r>
    </w:p>
    <w:p/>
    <w:p>
      <w:pPr>
        <w:jc w:val="center"/>
      </w:pPr>
      <w:r>
        <w:t>Vygenerované: 19.03.2026 01:00:44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