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Prvý systém TAVR schválený pre ťažkú ​​aortálnu regurgitáciu</w:t>
      </w:r>
    </w:p>
    <w:p>
      <w:r>
        <w:t>Zdroj: MedPage Today</w:t>
      </w:r>
    </w:p>
    <w:p>
      <w:r>
        <w:t>Publikované: Wed, 18 Mar 2026 17:22:32 -0400</w:t>
      </w:r>
    </w:p>
    <w:p/>
    <w:p>
      <w:pPr>
        <w:pStyle w:val="Heading1"/>
      </w:pPr>
      <w:r>
        <w:t>Súhrn</w:t>
      </w:r>
    </w:p>
    <w:p>
      <w:r>
        <w:t>FDA schválila systém Trilogy Transcatheter Heart Valve (THV) od spoločnosti JenaValve na liečbu pacientov so symptomatickou závažnou aortálnou regurgitáciou, ktorí majú vysoké alebo vyššie riziko chirurgickej náhrady aortálnej chlopne[1]. Trilogy je prvý a jediný transkatétrový prístroj v Spojených štátoch s dedikovanou indikáciou pre túto skupinu pacientov[1]. Schválenie je založené na úspešných výsledkoch štúdie ALIGN-AR, ktorá testovala bezpečnosť a účinnosť prístroja u vysokorizikových pacientov[1]. Štúdia zahŕňala rozšírenú kohortu 700 pacientov a dosiahla predpokladané kritériá pre primárne bezpečnostné a účinnostné ukazovatele[5]. Systém Trilogy má jedinečný dizajn s technológiou lokalizátora, ktorá zabezpečuje bezpečné ukotvenie aj bez prítomnosti vápnika, čo riešilo hlavnú výzvu pri liečbe aortálnej regurgitácie[1]. Prístroj bol už použitý v Európe v počte viac ako 1 200 komerčných procedúr od získania CE značky v roku 2021[1]. JenaValve plánuje začať s distribúciou systému Trilogy okamžite v participujúcich klinických centrách a následne v ďalších nemocniciach po celej krajine[1].</w:t>
      </w:r>
    </w:p>
    <w:p/>
    <w:p>
      <w:pPr>
        <w:jc w:val="center"/>
      </w:pPr>
      <w:r>
        <w:t>Vygenerované: 19.03.2026 01:01:01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