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Zákonodarca hovorí, že ak si Doktori musia kúpiť poistenie pre prípad pochybenia, mali by to urobiť aj zdravotné poisťovne</w:t>
      </w:r>
    </w:p>
    <w:p>
      <w:r>
        <w:t>Zdroj: MedPage Today</w:t>
      </w:r>
    </w:p>
    <w:p>
      <w:r>
        <w:t>Publikované: Wed, 18 Mar 2026 17:10:32 -0400</w:t>
      </w:r>
    </w:p>
    <w:p/>
    <w:p>
      <w:pPr>
        <w:pStyle w:val="Heading1"/>
      </w:pPr>
      <w:r>
        <w:t>Súhrn</w:t>
      </w:r>
    </w:p>
    <w:p>
      <w:r>
        <w:t>Zástupca Neal Dunn, MD (R-Fla.), na stredajšom pojednávaní v Snemovni reprezentantov o zdravotnej starostlivosti vyhlásil, že zdravotné poisťovne by mali byť povinné mať poistenie pre prípad zanedbania lekárskej starostlivosti. Podľa neho to vyplýva z toho, že poisťovne vyžadujú predchádzajúce povolenie na určité lieky a postupy. Dunn zdôraznil, že lekári si musia kupovať poistenie zodpovednosti za pochybenie. Jeho návrh vychádza z požiadaviek poisťovní na predchádzajúce schválenie liečby. Požiadavka by mala byť symetrická k povinnosti lekárov. Dunn je republikánsky zástupca z Floridy a lekár. Počet štatistík v článku nie je uvedený.</w:t>
      </w:r>
    </w:p>
    <w:p/>
    <w:p>
      <w:pPr>
        <w:jc w:val="center"/>
      </w:pPr>
      <w:r>
        <w:t>Vygenerované: 19.03.2026 01:01:21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