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Faktory spojené s návratom do práce u pacientov, ktorí prežili mozgovú príhodu v mladom a strednom veku: prospektívna kohortová štúdia so zameraním na psychickú odolnosť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Prospektívna kohortová štúdia skúmala faktory ovplyvňujúce návrat do práce (RTW) u pacientov v mladom a strednom veku po mozgovej príhode, s dôrazom na psychickú odolnosť. Zo 131 pacientov sa 6 mesiacov po príhode vrátilo do práce 51,8 %. Vyššia psychická odolnosť meraná škálou CD-RISC-10 bola nezávisle spojená s vyššou pravdepodobnosťou RTW (aOR na 1 bod: 1,149; 95 % CI: 1,088–1,213; p &lt; 0,001). Mesačný príjem ≥ 8 000 CNY zvyšoval šance na RTW (aOR: 2,568; 95 % CI: 1,397–4,797). Vyšší vek (aOR za 1 rok: 0,949; 95 % CI: 0,917–0,982; p = 0,003) a vyššie skóre NIHSS (aOR na 1 bod: 0,818; 95 % CI: 0,734–0,91; p &lt; 0,001) boli negatívne spojené s RTW. Komplexný model zahŕňajúci klinické, socioekonomické a psychologické faktory dosiahol AUC = 0,873 (95 % CI: 0,830–0,916), čo výrazne prekonáva modely bez psychosociálnych faktorov. Autori odporúčajú hodnotiť psychosociálne zdroje a zavádzať včasné intervencie pre pacientov s nízkou odolnosťou.</w:t>
      </w:r>
    </w:p>
    <w:p/>
    <w:p>
      <w:pPr>
        <w:jc w:val="center"/>
      </w:pPr>
      <w:r>
        <w:t>Vygenerované: 18.03.2026 07:00:33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