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Hladiny omentínu a chemerínu v sére u pacientov s koronavírusovým ochorením 2019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Štúdia skúmala hladiny adipokínov omentínu a chemerínu v sére u 40 hospitalizovaných pacientov s COVID-19 a 24 zdravých kontrol. Chemerín a omentín sú látky vylučované hlavne viscerálnym tukovým tkanivom s prozápalovými a protizápalovými účinkami. Pacienti s COVID-19 mali významne vyššie zápalové markery ako C-reaktívny proteín, feritín, interleukín-6 a D-dimér oproti kontrolám. Východiskové hladiny omentínu sa nelíšili medzi pacientmi (363,6 [245,2–513,0] ng/ml) a kontrolami (368,9 [254,1–468,8] ng/ml; p=0,994) a zostali stabilné do 7. dňa (p=0,60). Naopak, hladiny chemerínu boli u pacientov významne vyššie na den 0 (234,3 [164,9–269,9] ng/ml oproti 144,7 [98,0–213,2] ng/ml u kontrol; p=0,001) a zostali zvýšené na 7. deň (243,7–376,9 ng/ml; p=0,001 vs. kontroly), s trendom k miernemu nárastu (+42,6 ng/ml; p=0,071). Zistenia naznačujú úlohu chemerínu, nie omentínu, v systémovej zápalovej odpovedi na SARS-CoV-2.</w:t>
      </w:r>
    </w:p>
    <w:p/>
    <w:p>
      <w:pPr>
        <w:jc w:val="center"/>
      </w:pPr>
      <w:r>
        <w:t>Vygenerované: 18.03.2026 07:01:04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