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dlhá kompletná metabolická odpoveď hodnotená LAFOV FDG-PET/CT na FOLFIRINOX v liečbe prvej línie metastatického nízkodiferencovaného karcinómu pankreasu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Chemoterapia FOLFIRINOX sa odporúča ako liečba prvej línie metastatického duktálneho adenokarcinómu pankreasu (mPDAC). V klinických štúdiách bola jej účinnosť dobre zdokumentovaná, no reakcie boli prevažne čiastočné. Kompletné odpovede (CR) hodnotené CT skenom boli v literatúre hlásené len zriedkavo. U 56-ročného muža so slabo diferencovaným mPDAC dosiahla liečba FOLFIRINOXom dlhú kompletnú metabolickú odpoveď trvajúcu 23 mesiacov. Odpoveď bola hodnotená pomocou LAFOV FDG-PET/CT. Tento prípad poukazuje na úlohu najnovšej generácie digitálneho systému FDG-PET/CT v liečbe solídnych rakovín.</w:t>
      </w:r>
    </w:p>
    <w:p/>
    <w:p>
      <w:pPr>
        <w:jc w:val="center"/>
      </w:pPr>
      <w:r>
        <w:t>Vygenerované: 18.03.2026 07:01:15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