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Primárny lymfóm okrajovej zóny pažeráka s respiračnými symptómami: kazuistika a prehľad literatúry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Primárny lymfóm okrajovej zóny pažeráka je zriedkavé ochorenie, ktorého príčiny môžu súvisieť s imunitnými abnormalitami. Článok opisuje prípad 68-ročného muža, ktorý mal desať dní trvajúci kašeľ, nadmernú produkciu spúta a pískanie, pričom dva roky predtým vyhľadal lekársku pomoc pre horúčku a kašeľ. Počítačová tomografia hrudníka odhalila zhrubnutie steny pažeráka vo viacerých segmentoch a kompresiu dýchacích ciest. Endoskopické vyšetrenie ukázalo rozsiahlu vyčnievajúcu léziu pozdĺž celého pažeráka s hladkým povrchom bez vrások. Histopatologické a imunohistochemické vyšetrenia potvrdili diagnózu lymfómu marginálnej zóny. Tento prípad je výnimočný, pretože sa prejavoval respiračnými symptómami bez typických ťažkostí s prehĺtaním, čo zvyšuje riziko nesprávnej diagnózy. Pacient bol liečený dvoma kúrami režimu G-CVP s suboptimálnou účinnosťou, následne prešiel na trojkombináciu Obinutuzumab, Orelabrutinib a Lenalidomid, ktorá absolvovala šesť cyklov.</w:t>
      </w:r>
    </w:p>
    <w:p/>
    <w:p>
      <w:pPr>
        <w:jc w:val="center"/>
      </w:pPr>
      <w:r>
        <w:t>Vygenerované: 18.03.2026 07:01:29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