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Bibliometrická analýza stereotaktickej ablatívnej rádioterapie pre oligometastázy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Štúdia analyzuje 1 066 publikácií o stereotaktickej ablatívnej rádioterapii (SABR) pri oligometastázach z databáz Web of Science a PubMed v období od 1. januára 2006 do 31. decembra 2025. Oligometastázy sú stredným štádiom metastatického karcinómu, kde sa SABR používa ako vysoko presná lokálna terapia na zlepšenie výsledkov pacientov. Výskum v tejto oblasti významne a konzistentne rastie od roku 2006. Vedúce krajiny sú USA, Taliansko a Kanada, najproduktívnejšou inštitúciou je Humanitas University a kľúčovou autorkou Marta Scorsetti. Vplyvné práce vyšli v popredných onkologických časopisoch, kľúčové slová zdôrazňujú typy rakoviny, metastatické miesta, liečebné stratégie, integráciu imunoterapie a umelej inteligencie. Vyššie citované sú klinické štúdie ako SABR-COMET a ORIOLE. Štúdia podčiarkuje rýchly vývoj, medzinárodnú spoluprácu a smery výskumu s translačným potenciálom SABR.</w:t>
      </w:r>
    </w:p>
    <w:p/>
    <w:p>
      <w:pPr>
        <w:jc w:val="center"/>
      </w:pPr>
      <w:r>
        <w:t>Vygenerované: 18.03.2026 07:01:40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