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Endokarditída Q-horúčky komplikujúca biventrikulárne zlyhanie: diagnostické a terapeutické poznatky z kazuistiky a prehľadu literatúry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Endokarditída Q-horúčky (QFE) je zriedkavá infekcia spôsobená baktériou Coxiella burnetii, ktorá tvorí 5–6 % kultivačne negatívnych endokarditíd a postihuje najmä umelé alebo poškodené srdcove chlopne. Článok opisuje prípad 45-ročného muža s dvojitými mechanickými chlopňami a srdcovou slabosťou, ktorý utrpel kardiogénny šok s akútnym zlyhaním srdca; transezofageálna echokardiografia ukázala vážnu poruchu mitrálnej chlopne s únikom krvi. Krvné kultúry boli negatívne napriek antibiotikám, diagnózu potvrdili sérologické testy. Komplikácie zahŕňali biventrikulárne zlyhanie srdca, opakované infekcie a preťaženie tekutinami, čo vyžadovalo dialýzu, liečbu doxycyklínom a hydroxychlorochínom a multidisciplinárnu starostlivosť; operácia sa neuskutočnila kvôli vysokému riziku a pacient zomrel na zlyhanie viacerých orgánov. Prehľad 53 štúdií s 421 prípadmi ukázal, že pacienti sú prevažne muži (77,4 %) s priemerným vekom 53 rokov, najčastejšie postihnutá je aortálna chlopňa (57,5 %), krvné kultúry negatívne v 96,2 % prípadov a IgG fázy I ≥1:800 v 83,7 %. Liečba zahŕňala doxycyklín s hydroxychlorochínom (52,2 %) a operáciu v 58,4 % prípadov, mortalita dosiahla 10,6 %. Prípad zdôrazňuje dôležitosť sérologického testovania pri negatívnych kultúrach u pacientov s umelými chlopňami.</w:t>
      </w:r>
    </w:p>
    <w:p/>
    <w:p>
      <w:pPr>
        <w:jc w:val="center"/>
      </w:pPr>
      <w:r>
        <w:t>Vygenerované: 18.03.2026 07:02:15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