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Klinické charakteristiky leukemickej infiltrácie zrakového nervu u pediatrickej akútnej lymfoblastickej leukémie: 3 prípady a prehľad literatúry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Infiltrácia zrakového nervu u detí s akútnou lymfoblastickou leukémiou (ALL) je zriedkavý, ale kritický neuro-oftalmický núdzový stav, ktorý signalizuje postihnutie alebo recidívu centrálneho nervového systému. Štúdia popisuje tri prípady takýchto pacientov. Pacienti dostali systémovú chemoterapiu, intratekálnu chemoterapiu a v niektorých prípadoch orbitálnu radiačnú terapiu, čo viedlo k rôznym stupňom zrakového zotavenia. Článok preskúmava literatúru o patogenéze, klinických príznakoch, diagnostických prístupoch, zobrazovacích nálezoch a liečebných stratégiách. Načrtáva praktický diagnostický a liečebný rámec s dôrazom na včasné rozpoznanie na zníženie rizika nezvratnej straty zraku. Pri relapse alebo refraktérnom ochorení sa zvažuje intenzifikovaná terapia vrátane CD19 CAR T-buniek a transplantácie hematopoetických kmeňových buniek. Stav vyžaduje rýchly manažment medzi hematológmi, onkológmi a oftalmológmi, pričom včasná liečba zlepšuje zrakové výsledky a prežitie.</w:t>
      </w:r>
    </w:p>
    <w:p/>
    <w:p>
      <w:pPr>
        <w:jc w:val="center"/>
      </w:pPr>
      <w:r>
        <w:t>Vygenerované: 18.03.2026 07:02:35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