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Nový liek chráni pečeň po operácii čriev a zvyšuje vstrebávanie živín</w:t>
      </w:r>
    </w:p>
    <w:p>
      <w:r>
        <w:t>Zdroj: ScienceDaily Health</w:t>
      </w:r>
    </w:p>
    <w:p>
      <w:r>
        <w:t>Publikované: Wed, 18 Mar 2026 03:31:34 EDT</w:t>
      </w:r>
    </w:p>
    <w:p/>
    <w:p>
      <w:pPr>
        <w:pStyle w:val="Heading1"/>
      </w:pPr>
      <w:r>
        <w:t>Súhrn</w:t>
      </w:r>
    </w:p>
    <w:p>
      <w:r>
        <w:t>Chirurgický zákrok na odstránenie poškodených častí tenkého čreva je riskantný, ale často život zachraňujúci. Môže však spôsobiť vážne poškodenie pečene bez dostupnej liečby. Vedci vyvinuli novú zlúčeninu, ktorá pôsobí priamo v čreve, chráni pečeň a zlepšuje vstrebávanie živín telom. V štúdiách na myšiach liek zvýšil prírastok hmotnosti. Znížil škodlivé zjazvenie pečene. Zabránil vedľajším účinkom tým, že zostal obmedzený na črevá.</w:t>
      </w:r>
    </w:p>
    <w:p/>
    <w:p>
      <w:pPr>
        <w:jc w:val="center"/>
      </w:pPr>
      <w:r>
        <w:t>Vygenerované: 19.03.2026 07:45:37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