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exozómovej terapie v rekonštrukčnej chirurgii: prehľad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Exozómy sú veľmi malé čiastočky uvoľňované z buniek, ktoré umožňujú komunikáciu medzi bunkami a obsahujú proteíny, mikroRNA a lipidy. V rekonštrukčnej chirurgii sa ukázali ako sľubné lieky, pretože môžu znižovať zápal, podporovať tvorbu nových krvných ciev a prestavovať tkanivo. Exozómy z rôznych zdrojov majú rozdielne účinky – napríklad exozómy z tukových buniek majú silné účinky na podporu cievneho rastu a znižovanie jaziev, zatiaľ čo exozómy z pupočníkovej šnúry vykazujú vysoký potenciál na rozmnožovanie buniek a tvorbu ciev. Spôsob aplikácie (na povrch, v géle alebo priamou injekciou) ovplyvňuje výsledky liečby. Predklinické štúdie a počiatočné klinické skúsenosti ukazujú zlepšenie hojenia rán, zmenu jaziev a estetické výsledky, avšak klinické dôkazy sú zatiaľ založené prevažne na malých pilotných štúdiách s obmedzeným počtom pacientov a krátkym sledovaním. Na potvrdzenie účinnosti a vytvorenie jednotných protokolov sú potrebné väčšie a dlhodobejšie štúdie s kontrolnými skupinami.</w:t>
      </w:r>
    </w:p>
    <w:p/>
    <w:p>
      <w:pPr>
        <w:jc w:val="center"/>
      </w:pPr>
      <w:r>
        <w:t>Vygenerované: 18.03.2026 07:45:54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