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Kazuistika: Pľúcna nokardióza: tri kazuistiky a prehľad literatúry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Pľúcna nokardióza je zriedkavá oportúnna infekcia s nešpecifickými príznakmi, čo často oneskoruje diagnózu a liečbu. Článok popisuje tri potvrdené prípady: prvý u staršieho pacienta s bronchiektáziou diagnostikovaného tNGS spúta a úspešne liečeného trimetoprim-sulfametoxazolom; druhý u pacienta s bronchiektáziou a CHOCHP diagnostikovaného tNGS BAL tekutiny, ktorý prešiel na linezolid kvôli neznášanlivosti; tretí u pacienta s štrukturálnym pľúcnym ochorením, kde dlhotrvajúcu infekciu nakoniec kontrolovala kombinovaná antimikrobiálna liečba. Literárna analýza 119 pacientov ukázala stredný vek 57 rokov, prevahu mužov (55,5 %), komorbidity ako chronické pľúcne ochorenia (39,5 %) a imunosupresiu (39,5 %). Na CT hrudníka dominovali konsolidácie (47,9 %) a uzliny (41,2 %), diagnóza cez spútum (48,7 %) alebo BAL tekutinu (42,9 %), a 83,2 % pacientov dostalo trimetoprim-sulfametoxazol. Pacienti s tNGS a/alebo bronchoskopiou mali trend nižšej mortality. Presná diagnostika bronchoskopiou a tNGS v kombinácii s individualizovanou terapiou riadenou citlivosťou zlepšuje výsledky, s nutnosťou sledovať nežiaduce účinky počas dlhodobej liečby.</w:t>
      </w:r>
    </w:p>
    <w:p/>
    <w:p>
      <w:pPr>
        <w:jc w:val="center"/>
      </w:pPr>
      <w:r>
        <w:t>Vygenerované: 18.03.2026 07:46:04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