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terapie autoimunitných ochorení v tehotenstve: retrospektívna štúdia od roku 2000 do roku 2023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Retrospektívna štúdia analyzovala liečbu 266 tehotných žien s autoimunitnými ochoreniami (systémový lupus erythematosus, antifosfolipidový syndróm, Sjogrenov syndróm, ochorenie spojivového tkaniva) odkázaných na centrum v rokoch 2000–2023. Najčastejšie terapie zahŕňali nízku dávku aspirínu, nízkomolekulový heparín (LMWH), steroidy a hydroxychlorochín (HCQ), vybrané podľa pôrodníckej anamnézy, antifosfolipidových protilátok a závažnosti ochorenia. Pozoroval sa pokles užívania glukokortikoidov z 50 % (2000–2003) na 13 % (2020–2023; priemer 33 %, p &lt; 0,01), spojený s rizikami ako predčasné pretrhnutie membrán, obmedzený rast plodu, gestačná hypertenzia, cukrovka, osteoporóza a infekcie. Používanie HCQ vzrástlo z 13 % (2000–2003) na 40 % (2020–2023; priemer 30 %, p 0,62) a je bezpečné pre vývoj plodu, zlepšuje výsledky tehotenstva a znižuje riziko preeklampsie a vzplanutí ochorení. LMWH mierne narastlo z 25 % (2000–2003) na 61 % (2020–2023; priemer 50 %, p 0,18). Používanie aspirínu kleslo z 100 % (2000–2003) na 96 % (2020–2023; priemer 88 %, p 0,54). Tieto zmeny odrážajú lepšie znalosti o ochoreniach a zlepšenie manažmentu pre dobré pôrodnícke výsledky a minimalizáciu komplikácií.</w:t>
      </w:r>
    </w:p>
    <w:p/>
    <w:p>
      <w:pPr>
        <w:jc w:val="center"/>
      </w:pPr>
      <w:r>
        <w:t>Vygenerované: 18.03.2026 07:47:05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