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Heterogénny vplyv konzumácie čaju na riziko CHOCHP u fajčiarov: poznatky zo štúdie PIFCOPD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PIFCOPD (2018–2021) s 7 252 účastníkmi preskúmala súvislosť medzi konzumáciou čaju a rizikom chronickej obštrukčnej choroby pľúc (CHOCHP) u fajčiarov a nefajčiarov. Podiel spotreby čaju bol 20,9 % v skupine s normálnou funkciou pľúc a 24,4 % v skupine s CHOCHP, bez významného rozdielu. Konzumácia čaju nebola spojená s rizikom CHOCHP v bežnej populácii. U fajčiarov však plne fermentovaný čaj vykazoval ochranný účinok (OR 0,21), najmä pri konzumácii ≥ 7-krát týždenne a ≥ 10 rokov. Naproti tomu jazmínový čaj bol rizikovým faktorom (OR 1,99), hlavne pri dlhodobej konzumácii ≥ 10 rokov. Vplyv čaju na riziko CHOCHP je teda významný len u fajčiarov a závisí od typu, frekvencie a dĺžky konzumácie.</w:t>
      </w:r>
    </w:p>
    <w:p/>
    <w:p>
      <w:pPr>
        <w:jc w:val="center"/>
      </w:pPr>
      <w:r>
        <w:t>Vygenerované: 18.03.2026 08:00:44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