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validácia nomogramu pre podozrenie na postneurochirurgickú bakteriálnu ventrikulitídu/meningitídu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sa zamerala na vývoj a validáciu nomogramu na identifikáciu podozrenia na postneurochirurgickú bakteriálnu ventrikulitídu/meningitídu (BV/M) u pacientov s leukocytmi v mozgomiešnej tekutine (CSF) ≥ 100/mm³ a glukózou ≤ 2,2 mmol/l. Zo 711 podozrivých pacientov bolo vybraných 271 dospelých (150 s potvrdenou BV/M a 121 bez BV/M) z troch nemocníc na tréningovú kohortu. Pomocou viacrozmernej logistickej regresie boli identifikované šesť nezávislých prediktorov: glukóza v CSF, leukocyty v CSF, erytrocyty v CSF, pomer neutrofilov v CSF, pomer krvných lymfocytov a vonkajšia komorová drenáž. Nomogram bol validovaný v dvoch nezávislých kohortách (84 a 58 pacientov) vrátane databáz MIMIC-III a MIMIC-IV, kde preukázal vysokú rozlišovaciu schopnosť. U pacientov s vysokým rizikom sa odporúča okamžité podanie antibiotík, zatiaľ čo u nízkorizikových sa pred liečbou navrhuje častejšie vyšetrenie CSF.</w:t>
      </w:r>
    </w:p>
    <w:p/>
    <w:p>
      <w:pPr>
        <w:jc w:val="center"/>
      </w:pPr>
      <w:r>
        <w:t>Vygenerované: 18.03.2026 08:01:17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