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Vaša každodenná káva môže chrániť váš mozog, zistila 43-ročná štúdia</w:t>
      </w:r>
    </w:p>
    <w:p>
      <w:r>
        <w:t>Zdroj: ScienceDaily Health</w:t>
      </w:r>
    </w:p>
    <w:p>
      <w:r>
        <w:t>Publikované: Wed, 18 Mar 2026 06:47:36 EDT</w:t>
      </w:r>
    </w:p>
    <w:p/>
    <w:p>
      <w:pPr>
        <w:pStyle w:val="Heading1"/>
      </w:pPr>
      <w:r>
        <w:t>Súhrn</w:t>
      </w:r>
    </w:p>
    <w:p>
      <w:r>
        <w:t>Štúdia trvajúca až 43 rokov analyzovala údaje od viac ako 131 000 mužov a žien, u ktorých sa počas sledovania vyvinula demencia u viac ako 11 000 účastníkov.[1][2][3] Mierna konzumácia kofeínovej kávy alebo čaju bola spojená s 18% nižším rizikom demencie a lepším kognitívnym výkonom.[1][2][4][6] Najsilnejšie výhody sa prejavili pri 2–3 šálkach kávy alebo 1–2 šálkach čaju denne.[1][2][4] Tieto zistenia platili aj pre ľudí s genetickou predispozíciou na demenciu.[2][5] Štúdia zaznamenala menej subjektívnych problémov s pamäťou a lepšie výsledky v kognitívnych testoch u tých, ktorí pili viac kávy.[1][2][5] Ide o observačnú štúdiu, ktorá odhaľuje súvislosti, nie priamu príčinu a následok.[1][4]</w:t>
      </w:r>
    </w:p>
    <w:p/>
    <w:p>
      <w:pPr>
        <w:jc w:val="center"/>
      </w:pPr>
      <w:r>
        <w:t>Vygenerované: 18.03.2026 12:00:52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