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Prežil 48 hodín bez pľúc a žil</w:t>
      </w:r>
    </w:p>
    <w:p>
      <w:r>
        <w:t>Zdroj: ScienceDaily Health</w:t>
      </w:r>
    </w:p>
    <w:p>
      <w:r>
        <w:t>Publikované: Wed, 18 Mar 2026 04:15:21 EDT</w:t>
      </w:r>
    </w:p>
    <w:p/>
    <w:p>
      <w:pPr>
        <w:pStyle w:val="Heading1"/>
      </w:pPr>
      <w:r>
        <w:t>Súhrn</w:t>
      </w:r>
    </w:p>
    <w:p>
      <w:r>
        <w:t>Tridsaťtriročný muž, ktorý bol hospitalizovaný pre chrípku typu B, sa nakazil baktériou Pseudomonas aeruginosa a vyvinula sa u neho nekrotizujúca zápal pľúc[1]. Antibiotiká a kyslíková terapia nedokázali zastaviť zhoršovanie jeho stavu, čo viedlo k zlyhávaniu srdca a obličiek[1]. Lekári z Northwestern University zistili, že jeho pľúca bola tak rozsiahle poškodená a zjazvená, že by sa nikdy nezotavila[2]. Jediným spôsobom, ako dostať infekciu pod kontrolu, bolo obe pľúca úplne odstrániť[1]. Počas 48 hodín bez vlastných pľúc bola jeho krv okysličovaná mimo tela pomocou umelého systému, ktorý udržiaval jeho telo funkčné[2]. Následne pacient úspešne podstúpil transplantáciu pľúc[2]. Tento inovatívny postup predstavuje prelomový prístup v liečbe pacientov s akútnym zlyhaním pľúc a môže v budúcnosti zachrániť ďalších pacientov s podobnými komplikáciami[2].</w:t>
      </w:r>
    </w:p>
    <w:p/>
    <w:p>
      <w:pPr>
        <w:jc w:val="center"/>
      </w:pPr>
      <w:r>
        <w:t>Vygenerované: 18.03.2026 12:01:06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