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Joyce Alexander</w:t>
      </w:r>
    </w:p>
    <w:p>
      <w:r>
        <w:t>Zdroj: BMJ</w:t>
      </w:r>
    </w:p>
    <w:p>
      <w:r>
        <w:t>Publikované: 2026-03-18T02:36:24-07:00</w:t>
      </w:r>
    </w:p>
    <w:p/>
    <w:p>
      <w:pPr>
        <w:pStyle w:val="Heading1"/>
      </w:pPr>
      <w:r>
        <w:t>Súhrn</w:t>
      </w:r>
    </w:p>
    <w:p>
      <w:r>
        <w:t>Joyce Alexander (rozená Garven) sa narodila v roku 1935 škótskym misionárskym rodičom v Mandžusku v severnej Číne pod japonskou okupáciou. Po vypuknutí druhej svetovej vojny bola rodina evakuovaná do Vancouveru a v roku 1944 sa vrátila do Glasgowa. Jej otec sa v rokoch 1946 až 1948 vrátil do Číny, aby pomohol prestavať Mukden Medical College, no po komunistickom prevzatí moci bol vytlačený a stal sa čitateľom patológie na univerzite v Glasgowe. Joyce študovala medicínu v Glasgowe, kde sa zoznámila so svojím manželom Douglasom, študentom teológie. Po promócii a dokončení domácich prác sprevádzala Douglasa do New Yorku, kde on študoval a trénoval vo farnosti East Harlem, zatiaľ čo ona pracovala na patológii v nemocnici Mount Sinai. V roku 1961 sa vrátili do Škótska, kde pracovala v anestetikách v Greenocku. Neskôr sa presťahovala do komunitnej medicíny v Glasgowe, kde pracovala najmä s...</w:t>
      </w:r>
    </w:p>
    <w:p/>
    <w:p>
      <w:pPr>
        <w:jc w:val="center"/>
      </w:pPr>
      <w:r>
        <w:t>Vygenerované: 18.03.2026 12:01:59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