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Porovnanie účinnosti terapie starostlivosti o klauna verzus rozptýlenie virtuálnej reality na úzkosť vyvolanú venepunkciou u predškolských detí: retrospektívna kohortová štúdia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Retrospektívna kohortová štúdia porovnávala účinnosť klaunskej terapie (CCT) a rozptýlenia virtuálnou realitou (VRD) na úzkosť u 220 predškolských detí (3–6 rokov) pri odbere žilovej krvi v nemocnici v okrese Dongcheng od januára 2022 do januára 2025. Deti boli rozdelené do skupiny CCT (n=110) s interaktívnou hrou klaunov a skupiny VRD (n=110) s VR zariadeniami. Skupina CCT mala významne nižšie skóre úzkosti (t=4,128, p&lt;0,001), menšie zvýšenie srdcovej frekvencie (t=5,217, p&lt;0,001), kratšie trvanie plaču (t=6,384, p&lt;0,001) a nižšie zmeny kortizolu v porovnaní s VRD. V CCT bola lepšia spolupráca (p&lt;0,001), vyššia úspešnosť prvého pokusu (χ²=5,143, p=0,023), kratší čas odberu (t=4,926, p&lt;0,001) a vyššia spokojnosť rodičov (p&lt;0,001). Viacrozmerná analýza potvrdila, že CCT je nezávisle spojená s väčším znížením úzkosti (p&lt;0,001). Štúdia uzatviera, že CCT je účinnejšia ako VRD pri zmierňovaní úzkosti, zlepšuje fyziologické reakcie, klinickú efektivitu a spokojnosť rodičov.</w:t>
      </w:r>
    </w:p>
    <w:p/>
    <w:p>
      <w:pPr>
        <w:jc w:val="center"/>
      </w:pPr>
      <w:r>
        <w:t>Vygenerované: 18.03.2026 14:01:16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