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Meningitída: Počet prípadov smrteľnej epidémie v Kente stúpol na 20 pri rastúcom dopyte po súkromných úderoch</w:t>
      </w:r>
    </w:p>
    <w:p>
      <w:r>
        <w:t>Zdroj: BMJ</w:t>
      </w:r>
    </w:p>
    <w:p>
      <w:r>
        <w:t>Publikované: 2026-03-18T06:01:16-07:00</w:t>
      </w:r>
    </w:p>
    <w:p/>
    <w:p>
      <w:pPr>
        <w:pStyle w:val="Heading1"/>
      </w:pPr>
      <w:r>
        <w:t>Súhrn</w:t>
      </w:r>
    </w:p>
    <w:p>
      <w:r>
        <w:t>V regióne Kent v Spojenom kráľovstve stúpol počet prípadov invazívneho meningokokového ochorenia na 20, z čoho 9 bolo potvrdených laboratórne ako meningokokové a 11 ako bakteriálny kmeň B.[1][2] Ochorenie si vyžiadalo smrť jedného študenta University of Kent a jedného žiaka zo školy vo Favershame.[1] Väčšina postihnutých sú študenti prijatí do nemocnice.[1] Niektorí pacienti navštívili nočný klub Club Chemistry v Canterbury v dňoch 5. až 7. marca pred nástupom príznakov.[1] UKHSA spustila cielený očkovací program pre až 5000 študentov University of Kent žijúcich v ubytovniach a ponúka antibiotiká blízkym kontaktom.[1][2] Agentúra pokračuje v hodnotení rizika a spolupracuje so školami v regióne.[1] Príznaky zahŕňajú horúčku, bolesť hlavy, rýchle dýchanie, ospalosť, vracanie a vyrážku, ktorá nebledne pod tlakom skla.[1]</w:t>
      </w:r>
    </w:p>
    <w:p/>
    <w:p>
      <w:pPr>
        <w:jc w:val="center"/>
      </w:pPr>
      <w:r>
        <w:t>Vygenerované: 18.03.2026 15:00:46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