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Asistované umieranie sa znovu objavilo v Škótsku, keď sa účty v Anglicku zastavili v Lords</w:t>
      </w:r>
    </w:p>
    <w:p>
      <w:r>
        <w:t>Zdroj: BMJ</w:t>
      </w:r>
    </w:p>
    <w:p>
      <w:r>
        <w:t>Publikované: 2026-03-18T05:06:16-07:00</w:t>
      </w:r>
    </w:p>
    <w:p/>
    <w:p>
      <w:pPr>
        <w:pStyle w:val="Heading1"/>
      </w:pPr>
      <w:r>
        <w:t>Súhrn</w:t>
      </w:r>
    </w:p>
    <w:p>
      <w:r>
        <w:t>V Škótsku nevyliečiteľne chorí dospelí nezískajú právo na asistované umieranie, pretože návrh zákona bol v parlamente odmietnutý pomerom 69 hlasov ku 57. Ide o tretí neúspešný pokus o legalizáciu asistovaného umierania v Škótsku. Hlasovanie nasledovalo po štyroch dňoch diskusie s 175 pozmeňovacími návrhmi k Administratívnemu zákonu. Medzi návrhmi bolo obmedzenie spôsobilosť na ľudí, u ktorých sa očakáva smrť do šiestich mesiacov. Minimálny vek pre spôsobilosť sa zvýšil z 16 na 18 rokov. Návrh vyžadoval súhlas dvoch zdravotníkov. Pred rokom hlasovanie podporilo myšlienku v zásade, no obavy z praktických dôsledkov viedli k zmene názorov niektorých poslancov MSP. Zároveň sa v Anglicku zastavili podobné návrhy v Snemovni lordov.</w:t>
      </w:r>
    </w:p>
    <w:p/>
    <w:p>
      <w:pPr>
        <w:jc w:val="center"/>
      </w:pPr>
      <w:r>
        <w:t>Vygenerované: 18.03.2026 15:00:57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