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STAT+: Pharmalittle: Čítame o cenách TrumpRx, tabletkách na psoriázu J&amp;J a oveľa viac</w:t>
      </w:r>
    </w:p>
    <w:p>
      <w:r>
        <w:t>Zdroj: STAT News</w:t>
      </w:r>
    </w:p>
    <w:p>
      <w:r>
        <w:t>Publikované: Wed, 18 Mar 2026 13:23:21 +0000</w:t>
      </w:r>
    </w:p>
    <w:p/>
    <w:p>
      <w:pPr>
        <w:pStyle w:val="Heading1"/>
      </w:pPr>
      <w:r>
        <w:t>Súhrn</w:t>
      </w:r>
    </w:p>
    <w:p>
      <w:r>
        <w:t>Americkí predstavitelia zdravotníctva tvrdia, že TrumpRx ponúka najnižšie ceny liekov na predpis na svete, no nová analýza toto tvrdenie vyvracia. TrumpRx.gov je nová vládna platforma, ktorá umožňuje Američanom kupovať vybrané drahé lieky priamo od výrobcov za výrazne nižšie ceny na základe dohôd o najnižších cenách v rozvinutých krajinách. Mesačná cena Ozempicu klesne z 1028 USD na priemer 350 USD a Wegovy (injekcia) z 1349 USD na najmenej 199 USD podľa dávky. Cena tablety Wegovy klesne z 1349 USD na najmenej 149 USD a Zepbound z 1088 USD na priemer 346 USD alebo najmenej 299 USD. Ďalšie lieky ako Cetrotide na podporu plodnosti klesnú z 316 USD na 22,50 USD, Ovidrel z 251 USD na 84 USD a Bevespi Aerosphere na COPD z 458 USD na 51 USD. Platforma zahŕňa desiatky liekov od firiem ako Pfizer a Novo Nordisk, vrátane liekov na diabetes, obezitu, astmu a dermatitídu. Celková cena liekov na predpis v USA stúpla o 2 % od decembra 2024 do decembra 2025.[1][2][3][4][6][7]</w:t>
      </w:r>
    </w:p>
    <w:p/>
    <w:p>
      <w:pPr>
        <w:jc w:val="center"/>
      </w:pPr>
      <w:r>
        <w:t>Vygenerované: 18.03.2026 15:01:20</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