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a NIH oznamujú ďalšie iniciatívy na zníženie testovania na zvieratách pri vývoji liekov</w:t>
      </w:r>
    </w:p>
    <w:p>
      <w:r>
        <w:t>Zdroj: STAT News</w:t>
      </w:r>
    </w:p>
    <w:p>
      <w:r>
        <w:t>Publikované: Wed, 18 Mar 2026 13:00:00 +0000</w:t>
      </w:r>
    </w:p>
    <w:p/>
    <w:p>
      <w:pPr>
        <w:pStyle w:val="Heading1"/>
      </w:pPr>
      <w:r>
        <w:t>Súhrn</w:t>
      </w:r>
    </w:p>
    <w:p>
      <w:r>
        <w:t>Americký Úrad pre kontrolu potravín (FDA) a Národné inštitúty zdravia (NIH) oznámili iniciatívy na zníženie testovania liekov na zvieratách v rámci širšej stratégie Ministerstva zdravotníctva a sociálnych služieb.[1][3] FDA zverejnila 10. apríla 2025 plán postupného zrušenia povinného testovania na zvieratách, pričom začína s monoklonálnymi protilátkami, a podporuje používanie moderných metód ako sú AI modely, organoidné systémy a čipy s ľudskými tkanivami.[2][3] Tieto nové prístupy môžu odhaliť toxické účinky špecifické pre ľudí, ktoré tradičné testy na zvieratách spoľahlivo nedetegujú.[2] NIH plánuje prioritizovať financovanie výskumu bez použitia zvierat a zaviesť školenia pre recenzentov grantov, aby sa eliminovala možná zaujatosť voči tradičným modelom na zvieratách.[3] FDA tiež založila pilotný program ISTAND a prijala technológiu Emulate Liver-Chip na štúdium poškodenia pečene vyvolané liekmi.[1] Cieľom je vytvoriť globálne regulačné prostredie, kde by testovanie na zvieratách pri vývoji biologických liekov bolo do veľkej miery nahradené schválenými modernými metódami.[4]</w:t>
      </w:r>
    </w:p>
    <w:p/>
    <w:p>
      <w:pPr>
        <w:jc w:val="center"/>
      </w:pPr>
      <w:r>
        <w:t>Vygenerované: 18.03.2026 15:01:37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