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Trumpova administratíva zasiahne proti podvodom v oblasti zdravotnej starostlivosti, ľudia so zdravotným postihnutím sa cítia vyčlenení</w:t>
      </w:r>
    </w:p>
    <w:p>
      <w:r>
        <w:t>Zdroj: STAT News</w:t>
      </w:r>
    </w:p>
    <w:p>
      <w:r>
        <w:t>Publikované: Wed, 18 Mar 2026 14:42:56 +0000</w:t>
      </w:r>
    </w:p>
    <w:p/>
    <w:p>
      <w:pPr>
        <w:pStyle w:val="Heading1"/>
      </w:pPr>
      <w:r>
        <w:t>Súhrn</w:t>
      </w:r>
    </w:p>
    <w:p>
      <w:r>
        <w:t>Trumpova administratíva zmrazila časť federálneho financovania programu Medicaid pre štát Minnesota kvôli podozreniam z podvodov a zneužitia peňazí daňových poplatníkov.[1][2] Vyšetrovanie vedie viceprezident J. D. Vance na príkaz prezidenta Trumpa.[1][2] Trump tvrdí, že príslušníci somálskej komunity v Minnesote spreneverili odhadom 19 miliárd dolárov, zatiaľ čo americké médiá ako New York Times uvádzajú sumu v rádoch stoviek miliónov dolárov.[1][2] Guvernér Minnesoty Tim Walz vyčíslil škody v dotknutých programoch na 250 miliónov dolárov.[1][2] Program Medicaid v Minnesote využíva približne 1,3 milióna ľudí, z čoho 40 percent tvoria deti, a podporuje aj tehotné ženy, osoby so zdravotným postihnutím a seniorov.[2] Podozrenia zahŕňajú fiktívne fakturácie, duplicitné platby a manipuláciu s oprávnenosťou.[3]</w:t>
      </w:r>
    </w:p>
    <w:p/>
    <w:p>
      <w:pPr>
        <w:jc w:val="center"/>
      </w:pPr>
      <w:r>
        <w:t>Vygenerované: 18.03.2026 16:00:55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