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navrhuje väčšiu flexibilitu v alternatívach k testovaniu na zvieratách pri vývoji liekov</w:t>
      </w:r>
    </w:p>
    <w:p>
      <w:r>
        <w:t>Zdroj: MedPage Today</w:t>
      </w:r>
    </w:p>
    <w:p>
      <w:r>
        <w:t>Publikované: Wed, 18 Mar 2026 09:33:46 -0400</w:t>
      </w:r>
    </w:p>
    <w:p/>
    <w:p>
      <w:pPr>
        <w:pStyle w:val="Heading1"/>
      </w:pPr>
      <w:r>
        <w:t>Súhrn</w:t>
      </w:r>
    </w:p>
    <w:p>
      <w:r>
        <w:t>FDA navrhuje väčšiu flexibilitu pri používaní alternatív k testovaniu na zvieratách vo vývoji liekov. Vývojári liekov tak môžu využiť tieto alternatívy a potenciálne rýchlejšie uviesť nové produkty na trh. Návrh usmernenia vydala FDA v stredu. V tlačovej správe úradníci uviedli, že usmernenia posúvajú smerom k moderným metódam. Tieto metódy sú ľudsky relevantné a nahrádzajú testy na zvieratách.[2] Cieľom je zlepšiť bezpečnosť a efektivitu vývoja liekov bez zvieracích pokusov.</w:t>
      </w:r>
    </w:p>
    <w:p/>
    <w:p>
      <w:pPr>
        <w:jc w:val="center"/>
      </w:pPr>
      <w:r>
        <w:t>Vygenerované: 18.03.2026 16:01:20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