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Prínos prežitia s vysokým prietokom kyslíka odhalený pri respiračnom zlyhaní</w:t>
      </w:r>
    </w:p>
    <w:p>
      <w:r>
        <w:t>Zdroj: MedPage Today</w:t>
      </w:r>
    </w:p>
    <w:p>
      <w:r>
        <w:t>Publikované: Wed, 18 Mar 2026 10:30:50 -0400</w:t>
      </w:r>
    </w:p>
    <w:p/>
    <w:p>
      <w:pPr>
        <w:pStyle w:val="Heading1"/>
      </w:pPr>
      <w:r>
        <w:t>Súhrn</w:t>
      </w:r>
    </w:p>
    <w:p>
      <w:r>
        <w:t>Štúdia SOHO preukázala, že vysoký prietok kyslíka nepriniesol lepšie výsledky prežitia pacientov s akútnym hypoxemickým respiračným zlyhaním v porovnaní so štandardným kyslíkom. Mortality na 28. deň bola identická u oboch skupín pacientov – 14,6 %. Vysoký prietok kyslíka sa dlhodobo považoval za efektívnejší spôsob liečby pri ťažkej hypoxémii, avšak táto štúdia tento predpoklad spochybňuje. Výsledky naznačujú, že štandardný kyslík môže byť rovnako účinný pri záchrane pacientov s týmto stavom. Tieto zistenia môžu zmeniť klinickú prax pri liečbe respiračného zlyhania. Štúdia zdôrazňuje potrebu prehodnotenia súčasných postupov pri podávaní kyslíka pacientom s akútnym hypoxemickým respiračným zlyhaním.</w:t>
      </w:r>
    </w:p>
    <w:p/>
    <w:p>
      <w:pPr>
        <w:jc w:val="center"/>
      </w:pPr>
      <w:r>
        <w:t>Vygenerované: 18.03.2026 17:01:44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