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Trumpova administratíva rozšírila zásah proti podvodom v Medicaid na Floridu</w:t>
      </w:r>
    </w:p>
    <w:p>
      <w:r>
        <w:t>Zdroj: MedPage Today</w:t>
      </w:r>
    </w:p>
    <w:p>
      <w:r>
        <w:t>Publikované: Wed, 18 Mar 2026 10:24:21 -0400</w:t>
      </w:r>
    </w:p>
    <w:p/>
    <w:p>
      <w:pPr>
        <w:pStyle w:val="Heading1"/>
      </w:pPr>
      <w:r>
        <w:t>Súhrn</w:t>
      </w:r>
    </w:p>
    <w:p>
      <w:r>
        <w:t>Trumpova administratíva v utorok 17. marca 2026 rozšírila svoje úsilie proti podvodom v programe Medicaid na Floridu, čím sa stala už piaty štát, ktorý čelí podobnej kontrole v tomto roku.[1] Vedúci Centier pre Medicare a Medicaid Services (CMS) Dr. Mehmet Oz poslal predstaviteľom Floridy vrátane guvernéra Rona DeSantisa žiadosť o informácie o tom, ako identifikujú, zabraňujú a riešia podvody v ich štátnom programe.[1] Podobné požiadavky boli už poslané do New Yorku, Minnesoty, Mainu a Kalifornie.[1] Dr. Oz označil Floridu za „dlhodobé ohnisko zdravotníckych podvodov" a odkazoval na minulé prípady vysokých podvodných schém, ktoré viedli k trestným obvineniam.[1] Štátnym predstaviteľom bolo dané 30 dní na odpoveď na podrobný zoznam otázok.[1] Florídsky generálny prokurátor James Uthmeier vyhlásil, že „systém Medicaid je zavalený podvodmi a zneužívaním" a vyjadril ochotu spolupracovať s Dr. Ozom.[1] CMS tiež pozastavila platby Medicaid v Minnesote kvôli podozreniam z podvodov a bude ich pokračovať len po tom, čo štát implementuje „komplexný plán nápravných opatrení".[1]</w:t>
      </w:r>
    </w:p>
    <w:p/>
    <w:p>
      <w:pPr>
        <w:jc w:val="center"/>
      </w:pPr>
      <w:r>
        <w:t>Vygenerované: 18.03.2026 17:01:58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