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zistila, že na začiatku pandémie sa vyskytlo viac ako 150 000 nespočítaných úmrtí na Covid-19</w:t>
      </w:r>
    </w:p>
    <w:p>
      <w:r>
        <w:t>Zdroj: STAT News</w:t>
      </w:r>
    </w:p>
    <w:p>
      <w:r>
        <w:t>Publikované: Wed, 18 Mar 2026 18:36:43 +0000</w:t>
      </w:r>
    </w:p>
    <w:p/>
    <w:p>
      <w:pPr>
        <w:pStyle w:val="Heading1"/>
      </w:pPr>
      <w:r>
        <w:t>Súhrn</w:t>
      </w:r>
    </w:p>
    <w:p>
      <w:r>
        <w:t>Štúdia zistila, že na začiatku pandémie COVID-19 v USA došlo k viac ako 150 000 nespočítaným úmrtiam na toto ochorenie. Tento počet je výrazne vyšší ako oficiálne hlásené štatistiky. Výskum poukazuje na dramatické rozdiely v počte nespočítaných úmrtí podľa regiónov. Nespočítané úmrtia vznikli najmä v počiatočných fázach pandémie. Štúdia zdôrazňuje, že skutočná úmrtnosť bola podhodnotená v porovnaní s oficiálnymi údajmi. Tieto zistenia vychádzajú z analýzy dát z USA.</w:t>
      </w:r>
    </w:p>
    <w:p/>
    <w:p>
      <w:pPr>
        <w:jc w:val="center"/>
      </w:pPr>
      <w:r>
        <w:t>Vygenerované: 18.03.2026 20:00:30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