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MedPage Live 24. marca: Otázky a odpovede „The Pitt“ s výkonným producentom relácie</w:t>
      </w:r>
    </w:p>
    <w:p>
      <w:r>
        <w:t>Zdroj: MedPage Today</w:t>
      </w:r>
    </w:p>
    <w:p>
      <w:r>
        <w:t>Publikované: Wed, 18 Mar 2026 13:37:56 -0400</w:t>
      </w:r>
    </w:p>
    <w:p/>
    <w:p>
      <w:pPr>
        <w:pStyle w:val="Heading1"/>
      </w:pPr>
      <w:r>
        <w:t>Súhrn</w:t>
      </w:r>
    </w:p>
    <w:p>
      <w:r>
        <w:t>„The Pitt“ je seriál, ktorý zaujal zdravotnícku komunitu od svojej premiéry začiatkom roku 2025. Lekári chvália sériu za realistické zobrazenie života na pohotovostnom oddelení. MedPage Live 24. marca prinieslo otázky a odpovede s výkonným producentom relácie. Seriál pokračuje svojou druhou sezónou. MedPage Today skúma drámu z pohľadu lekára z urgentného príjmu. Niektorí lekári oceňujú sériu natoľko, že ju odporúčajú.</w:t>
      </w:r>
    </w:p>
    <w:p/>
    <w:p>
      <w:pPr>
        <w:jc w:val="center"/>
      </w:pPr>
      <w:r>
        <w:t>Vygenerované: 18.03.2026 20:00:55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