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Ženy v menopauze pred 40. májom čelia dlhému oknu srdcového rizika</w:t>
      </w:r>
    </w:p>
    <w:p>
      <w:r>
        <w:t>Zdroj: MedPage Today</w:t>
      </w:r>
    </w:p>
    <w:p>
      <w:r>
        <w:t>Publikované: Wed, 18 Mar 2026 14:19:15 -0400</w:t>
      </w:r>
    </w:p>
    <w:p/>
    <w:p>
      <w:pPr>
        <w:pStyle w:val="Heading1"/>
      </w:pPr>
      <w:r>
        <w:t>Súhrn</w:t>
      </w:r>
    </w:p>
    <w:p>
      <w:r>
        <w:t>Podľa pozorovacej štúdie publikovanej v European Heart Journal bola predčasná menopauza pred 40. rokom spojená s vyšším rizikom srdcového zlyhania a fibrilácie predsiení[2][3]. Štúdia zahŕňala zdravotné údaje viac ako 1,4 milióna žien[1][2][3]. Celkovo 28 111 žien (2 %) malo v anamnéze predčasnú menopauzu s priemerným vekom nástupu 36,7 roku[1]. Počas priemerného sledovania 9,1 roka sa u 42 699 žien (3 %) rozvinulo srdcové zlyhanie a u 44 834 žien (3,2 %) fibrilácia predsiení[1][2][3]. Ženy s predčasnou menopauzou mali o 33 % vyššie riziko srdcového zlyhania a o 9 % vyššie riziko fibrilácie predsiení oproti ženám s neskoršou menopauzou[1][2][3]. V porovnaní so ženami v menopauze vo veku 50 rokov a viac mali ženy v menopauze pred 40 rokmi o 39 % vyššie riziko srdcového zlyhania a o 11 % vyššie riziko fibrilácie predsiení[1][2][3]. Čím mladší vek nástupu menopauzy, tým vyššie riziko týchto srdcových problémov[1][2][3].</w:t>
      </w:r>
    </w:p>
    <w:p/>
    <w:p>
      <w:pPr>
        <w:jc w:val="center"/>
      </w:pPr>
      <w:r>
        <w:t>Vygenerované: 18.03.2026 21:01:01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