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Microsoft spúšťa AI Chatbot so zameraním na zdravie</w:t>
      </w:r>
    </w:p>
    <w:p>
      <w:r>
        <w:t>Zdroj: MedPage Today</w:t>
      </w:r>
    </w:p>
    <w:p>
      <w:r>
        <w:t>Publikované: Wed, 18 Mar 2026 15:33:44 -0400</w:t>
      </w:r>
    </w:p>
    <w:p/>
    <w:p>
      <w:pPr>
        <w:pStyle w:val="Heading1"/>
      </w:pPr>
      <w:r>
        <w:t>Súhrn</w:t>
      </w:r>
    </w:p>
    <w:p>
      <w:r>
        <w:t>Microsoft spustil Copilot Health, samostatný bezpečný chatbot v rámci svojho asistenta Copilot, ktorý poskytuje personalizované zdravotnícke poradenstvo.[1] Služba zbiera údaje z nositeľných zariadení, analyzuje ich a pomáha používateľom zlepšiť ich zdravotný stav a upozorňuje na riziko vážnych ochorení.[1] Pri vývoji Copilot Health konzultoval Microsoft s najvýznamnými medicínskymi organizáciami z päťdesiat krajín a získal certifikáciu od Národnej akadémie medicíny USA, čo zaručuje vysokú kvalitu a bezpečnosť poradenstva.[1] Systém má prístup k údajom z viac ako 50 000 amerických zdravotníckych zariadení prostredníctvom platformy HealthEx a vie nájsť vhodného špecialista v danej lokalite.[2] Copilot Health je certifikovaný normou ISO/IEC 42001 pre riadenie systémov AI, čo znamená, že nezávislá tretia strana overila, ako Microsoft spravuje službu a chráni súkromné zdravotnícke informácie.[1] Nad vývojom nástroja dozerá tím viac ako 230 lekárov z 24 krajín.[3] Služba je v súčasnosti v testovaní a dostupná len v USA v anglickom jazyku, neskôr sa rozšíri do ďalších krajín a jazykov.[1]</w:t>
      </w:r>
    </w:p>
    <w:p/>
    <w:p>
      <w:pPr>
        <w:jc w:val="center"/>
      </w:pPr>
      <w:r>
        <w:t>Vygenerované: 18.03.2026 22:00:35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