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Štúdia poukazuje na masívny podpočet skorých úmrtí na COVID v USA</w:t>
      </w:r>
    </w:p>
    <w:p>
      <w:r>
        <w:t>Zdroj: MedPage Today</w:t>
      </w:r>
    </w:p>
    <w:p>
      <w:r>
        <w:t>Publikované: Wed, 18 Mar 2026 15:31:06 -0400</w:t>
      </w:r>
    </w:p>
    <w:p/>
    <w:p>
      <w:pPr>
        <w:pStyle w:val="Heading1"/>
      </w:pPr>
      <w:r>
        <w:t>Súhrn</w:t>
      </w:r>
    </w:p>
    <w:p>
      <w:r>
        <w:t>Štúdia modelu strojového učenia naznačuje, že oficiálne počty úmrtí na COVID-19 v USA podcenili viac ako 150 000 nerozpoznaných úmrtí počas prvých dvoch rokov pandémie. Podľa odhadu studie dosiahol celkový počet úmrtí 995 787. Tieto úmrtia boli pravdepodobne spôsobené pandémiou, hoci neboli oficiálne zaznamenané ako COVID-19. Štúdia poukazuje na masívny podpočet skorých úmrtí v USA. Oficiálne štatistiky podľa CDC uvádzajú nižšie čísla, ako napríklad 923 tisíc úmrtí priamo na COVID-19. Nadúmrtia zahŕňajú aj prípady ovplyvnené preťažením zdravotníctva a odloženou starostlivosťou. Väčšina úmrtí na COVID-19 postihla ľudí starších ako 65 rokov, čo tvorilo 74 percent prípadov.</w:t>
      </w:r>
    </w:p>
    <w:p/>
    <w:p>
      <w:pPr>
        <w:jc w:val="center"/>
      </w:pPr>
      <w:r>
        <w:t>Vygenerované: 18.03.2026 22:00:45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