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Stuhnutosť pečene pri cukrovke spojená s vyšším rizikom úmrtia</w:t>
      </w:r>
    </w:p>
    <w:p>
      <w:r>
        <w:t>Zdroj: MedPage Today</w:t>
      </w:r>
    </w:p>
    <w:p>
      <w:r>
        <w:t>Publikované: Wed, 18 Mar 2026 16:52:37 -0400</w:t>
      </w:r>
    </w:p>
    <w:p/>
    <w:p>
      <w:pPr>
        <w:pStyle w:val="Heading1"/>
      </w:pPr>
      <w:r>
        <w:t>Súhrn</w:t>
      </w:r>
    </w:p>
    <w:p>
      <w:r>
        <w:t>Štúdia zaoberajúca sa pacientmi s diabetom 2. typu ukázala, že meranie tuhosti pečene (LSM) môže byť užitočným nástrojom na zistenie fibrózy pečene. Táto metóda by mohla byť zaradená do bežného manažmentu diabetických pacientov ako súčasť ich pravidelného skríningu. Výskum naznačuje, že pacienti s vyššou tuhosťou pečene majú zvýšené riziko smrti z akýchkoľvek príčin. Meranie tuhosti pečene by tak mohlo pomôcť lekárom identifikovať pacientov s vyšším rizikom a umožniť im prijať preventívne opatrenia. Táto kohortová štúdia prispela k pochopeniu súvislosti medzi stavom pečene a celkovou mortalitou u diabetických pacientov. Výsledky naznačujú potenciál LSM ako skríningu v klinickej praxi.</w:t>
      </w:r>
    </w:p>
    <w:p/>
    <w:p>
      <w:pPr>
        <w:jc w:val="center"/>
      </w:pPr>
      <w:r>
        <w:t>Vygenerované: 18.03.2026 23:00:33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