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Starnutie mozgu viazané na skóre stravy</w:t>
      </w:r>
    </w:p>
    <w:p>
      <w:r>
        <w:t>Zdroj: MedPage Today</w:t>
      </w:r>
    </w:p>
    <w:p>
      <w:r>
        <w:t>Publikované: Wed, 18 Mar 2026 16:08:24 -0400</w:t>
      </w:r>
    </w:p>
    <w:p/>
    <w:p>
      <w:pPr>
        <w:pStyle w:val="Heading1"/>
      </w:pPr>
      <w:r>
        <w:t>Súhrn</w:t>
      </w:r>
    </w:p>
    <w:p>
      <w:r>
        <w:t>MIND diéta je stravovací režim kombinujúci prvky stredomorskej diéty a diéty DASH, ktorý je spojený s pomalšími štrukturálnymi zmenami mozgu.[1][2] Podľa výskumov majú ľudia, ktorí túto diétu dodržiavajú najstriktnejšie, mozog biologicky mladší až o 7,5 roka v porovnaní s tými, ktorí ju dodržiavajú menej prísne.[1] MIND diéta kladie dôraz na zelené listové druhy zeleniny, bobuľové ovocie, celozrnné potraviny, ryby a olivový olej, pričom sa odporúča vyhnúť sa červenému a spracovanému mäsu, maslu, plnotučným syrom, bielemu pečivu a vyprážaným jedlám.[1][2] Štúdie naznačujú, že striktné dodržiavanie tejto diéty znižuje riziko problémov s pamäťou o 4 až 6 percent a môže znížiť riziko Alzheimerovej choroby až o viac ako 53 percent.[3][7] Diéta je prospešná nielen pre starších ľudí, ale aj pre mladšie ročníky – ženy v strednom veku s obezitou, ktoré tri mesiace dôsledne dodržiavali MIND diétu, zaznamenali výraznejšie zlepšenie pracovnej pamäti a pozornosti.[1] Táto diéta bola špecificky navrhnutá na boj proti znižovaniu kognitívnych funkcií a podporuje zdravie mozgu aj srdca.[3]</w:t>
      </w:r>
    </w:p>
    <w:p/>
    <w:p>
      <w:pPr>
        <w:jc w:val="center"/>
      </w:pPr>
      <w:r>
        <w:t>Vygenerované: 18.03.2026 23:00:47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