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sa výlet do kaderníctva končí na pohotovosti</w:t>
      </w:r>
    </w:p>
    <w:p>
      <w:r>
        <w:t>Zdroj: MedPage Today</w:t>
      </w:r>
    </w:p>
    <w:p>
      <w:r>
        <w:t>Publikované: Thu, 19 Mar 2026 17:32:31 -0400</w:t>
      </w:r>
    </w:p>
    <w:p/>
    <w:p>
      <w:pPr>
        <w:pStyle w:val="Heading1"/>
      </w:pPr>
      <w:r>
        <w:t>Súhrn</w:t>
      </w:r>
    </w:p>
    <w:p>
      <w:r>
        <w:t>Žena menom Robin Phillips má čerstvý účes zafarbený na zeleno, pod ktorým sa skrýva jazva na boku hlavy po dvoch kraniotómiách. Počas takmer 30 rokov používala injekčnú antikoncepciu Depo-Provera každé tri mesiace, s výnimkou obdobia, keď rodila dve deti. Dnes verí, že táto antikoncepcia je príčinou jej mozgového nádoru. Je jednou z viac ako 1000 žien, ktoré žalujú spoločnosť Pfizer, výrobcu lieku. Žaloba tvrdí, že Pfizer vedel o rizikách a neupozornil na ne používateľky. Prípad je spomenutý v NBC News v súvislosti s ranou vydaním správ z 2. októbra 2025. Článok s názvom „When a Trip to the Hair Salon Ends in the Emergency Room“ pochádza z MedPage Today v spolupráci s Northwell Health a venuje sa vírusovým medicínskym témam. Umyť si vlasy v salóne by malo byť relaxačným zážitkom.</w:t>
      </w:r>
    </w:p>
    <w:p/>
    <w:p>
      <w:pPr>
        <w:jc w:val="center"/>
      </w:pPr>
      <w:r>
        <w:t>Vygenerované: 20.03.2026 00:00:57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