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OK prvý liek na pruritus súvisiaci s ochorením pečene</w:t>
      </w:r>
    </w:p>
    <w:p>
      <w:r>
        <w:t>Zdroj: MedPage Today</w:t>
      </w:r>
    </w:p>
    <w:p>
      <w:r>
        <w:t>Publikované: Thu, 19 Mar 2026 17:23:30 -0400</w:t>
      </w:r>
    </w:p>
    <w:p/>
    <w:p>
      <w:pPr>
        <w:pStyle w:val="Heading1"/>
      </w:pPr>
      <w:r>
        <w:t>Súhrn</w:t>
      </w:r>
    </w:p>
    <w:p>
      <w:r>
        <w:t>FDA schválila linerixibat (Lynavoy) ako prvý liek na liečbu cholestatického pruritu (svrbenia) spôsobeného primárnou biliárnou cholangitídou (PBC)[1]. PBC je zriedkavé autoimunitné ochorenie pečene, ktoré postihuje žlčové cesty a charakterizuje sa neprestajným svrbením, ktoré sa vyskytuje až u 90 % pacientov[1]. Linerixibat je orálny liek, ktorý funguje ako inhibítor transportéra žlčových kyselín (IBAT) a znižuje spätné vstrebávanie žlčových kyselín, čím rieši základnú príčinu svrbenia[2]. Schválenie je založené na pozitívnych výsledkoch klinickej štúdie GLISTEN fázy III, ktorá preukázala významné a trvalé zlepšenie svrbenia a porúch spánku spôsobených svrbením v porovnaní s placebom[1]. Svrbenie spojené s PBC je debiľitujúci príznak, ktorý vážne ovplyvňuje kvalitu života pacientov, spánok a duševné zdravie, pričom súčasné lieky na PBC toto svrbenie účinne neliečia[1][4]. Linerixibat získal označenie sirotčieho liekov od FDA aj Európskej agentúry pre lieky a je v súčasnosti v regulačnom procese aj v ďalších krajinách vrátane Európskej únie, Číny a Kanady[5].</w:t>
      </w:r>
    </w:p>
    <w:p/>
    <w:p>
      <w:pPr>
        <w:jc w:val="center"/>
      </w:pPr>
      <w:r>
        <w:t>Vygenerované: 20.03.2026 00:01:09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