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Nosiči génov Alzheimerovej choroby s vyšším príjmom mäsa mali nižšie riziko demencie</w:t>
      </w:r>
    </w:p>
    <w:p>
      <w:r>
        <w:t>Zdroj: MedPage Today</w:t>
      </w:r>
    </w:p>
    <w:p>
      <w:r>
        <w:t>Publikované: Thu, 19 Mar 2026 17:10:10 -0400</w:t>
      </w:r>
    </w:p>
    <w:p/>
    <w:p>
      <w:pPr>
        <w:pStyle w:val="Heading1"/>
      </w:pPr>
      <w:r>
        <w:t>Súhrn</w:t>
      </w:r>
    </w:p>
    <w:p>
      <w:r>
        <w:t>Švédska kohortová štúdia ukázala, že nosiči génov Alzheimerovej choroby s vyšším príjmom mäsa nemali očakávaný nárast kognitívneho poklesu alebo demencie.[1] Títo ľudia konzumovali relatívne veľké množstvo mäsa, čo viedlo k nižšiemu riziku demencie v porovnaní s očakávaním.[1] Štúdia sa zameriavala na súvis medzi genetickým rizikom a stravovacími návykmi.[1] Vyššia celková spotreba mäsa bola spojená s pozitívnym efektom u rizikovej skupiny.[1]</w:t>
      </w:r>
    </w:p>
    <w:p/>
    <w:p>
      <w:pPr>
        <w:jc w:val="center"/>
      </w:pPr>
      <w:r>
        <w:t>Vygenerované: 20.03.2026 00:01:19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