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Čo sa stane po Ozempicovi, výskumníkov šokovalo</w:t>
      </w:r>
    </w:p>
    <w:p>
      <w:r>
        <w:t>Zdroj: ScienceDaily Health</w:t>
      </w:r>
    </w:p>
    <w:p>
      <w:r>
        <w:t>Publikované: Thu, 19 Mar 2026 23:08:04 EDT</w:t>
      </w:r>
    </w:p>
    <w:p/>
    <w:p>
      <w:pPr>
        <w:pStyle w:val="Heading1"/>
      </w:pPr>
      <w:r>
        <w:t>Súhrn</w:t>
      </w:r>
    </w:p>
    <w:p>
      <w:r>
        <w:t>Zastavenie populárnych injekcií na chudnutie ako Ozempic alebo Mounjaro vedie k návratu hmotnosti.[1][2] Štúdia Oxfordskej univerzity publikovaná v British Medical Journal ukázala, že ľudia po vysadení týchto liekov priberú späť väčšinu stratenej váhy do menej ako dvoch rokov.[1][2][5] Počas liečby pacienti schudli v priemere takmer 15 kilogramov, po vysadení však pribrali v priebehu roka v priemere 10 kíl.[2] Väčšina sa vráti na pôvodnú hmotnosť približne za 18 až 24 mesiacov, pri novších liekoch ako semaglutid a tirzepatid asi po 1,5 roku.[2][5] Zlepšenia zdravotných ukazovateľov ako krvný tlak, cholesterol či glykemický index sa zhoršia v priemere za 1,4 roka.[2][5] Po ukončení liečby pacienti priberajú v priemere takmer pol kilogramu mesačne.[5] Asi polovica pacientov skončí liečbu v priebehu jedného roka.[2] Predchádzajúce klinické štúdie naznačovali rýchle priberanie, no real-world dáta potvrdzujú tento trend.[1]</w:t>
      </w:r>
    </w:p>
    <w:p/>
    <w:p>
      <w:pPr>
        <w:jc w:val="center"/>
      </w:pPr>
      <w:r>
        <w:t>Vygenerované: 20.03.2026 05:00:40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